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91085" w14:textId="77777777" w:rsidR="00DE443B" w:rsidRPr="00CD3C67" w:rsidRDefault="0097460F">
      <w:pPr>
        <w:jc w:val="center"/>
        <w:rPr>
          <w:rFonts w:ascii="Arial" w:hAnsi="Arial" w:cs="Arial"/>
          <w:lang w:val="lv-LV"/>
        </w:rPr>
      </w:pPr>
      <w:r w:rsidRPr="00CD3C67">
        <w:rPr>
          <w:rFonts w:ascii="Arial" w:hAnsi="Arial" w:cs="Arial"/>
          <w:b/>
          <w:sz w:val="36"/>
          <w:lang w:val="lv-LV"/>
        </w:rPr>
        <w:t>INSTRUKCIJA</w:t>
      </w:r>
      <w:r w:rsidRPr="00CD3C67">
        <w:rPr>
          <w:rFonts w:ascii="Arial" w:hAnsi="Arial" w:cs="Arial"/>
          <w:b/>
          <w:sz w:val="36"/>
          <w:lang w:val="lv-LV"/>
        </w:rPr>
        <w:br/>
        <w:t>“MAZO PLUDMALES ATKRITUMU IZPĒTE”</w:t>
      </w:r>
    </w:p>
    <w:p w14:paraId="44BB8918" w14:textId="77777777" w:rsidR="00DE443B" w:rsidRPr="00CD3C67" w:rsidRDefault="0097460F">
      <w:pPr>
        <w:jc w:val="center"/>
        <w:rPr>
          <w:rFonts w:ascii="Arial" w:hAnsi="Arial" w:cs="Arial"/>
          <w:lang w:val="lv-LV"/>
        </w:rPr>
      </w:pPr>
      <w:r w:rsidRPr="00CD3C67">
        <w:rPr>
          <w:rFonts w:ascii="Arial" w:hAnsi="Arial" w:cs="Arial"/>
          <w:i/>
          <w:lang w:val="lv-LV"/>
        </w:rPr>
        <w:t>Iejūtieties mazo pētnieku lomā un noskaidrojiet, kas slēpjas peldvietas smiltīs!</w:t>
      </w:r>
    </w:p>
    <w:p w14:paraId="79D3A4FA" w14:textId="501DF924" w:rsidR="00DE443B" w:rsidRPr="00CD3C67" w:rsidRDefault="00B43A13" w:rsidP="00B43A13">
      <w:pPr>
        <w:spacing w:before="200"/>
        <w:rPr>
          <w:rFonts w:ascii="Arial" w:hAnsi="Arial" w:cs="Arial"/>
          <w:lang w:val="lv-LV"/>
        </w:rPr>
      </w:pPr>
      <w:r w:rsidRPr="00CD3C67">
        <w:rPr>
          <w:rFonts w:ascii="Arial" w:hAnsi="Arial" w:cs="Arial"/>
          <w:lang w:val="lv-LV"/>
        </w:rPr>
        <w:t>Tev būs nepieciešams:</w:t>
      </w:r>
    </w:p>
    <w:p w14:paraId="74177EEA" w14:textId="7694E192" w:rsidR="00B43A13" w:rsidRPr="00CD3C67" w:rsidRDefault="000775F1" w:rsidP="00B43A13">
      <w:pPr>
        <w:pStyle w:val="ListParagraph"/>
        <w:numPr>
          <w:ilvl w:val="0"/>
          <w:numId w:val="10"/>
        </w:numPr>
        <w:spacing w:before="200"/>
        <w:rPr>
          <w:rFonts w:ascii="Arial" w:hAnsi="Arial" w:cs="Arial"/>
          <w:lang w:val="lv-LV"/>
        </w:rPr>
      </w:pPr>
      <w:r w:rsidRPr="00CD3C67">
        <w:rPr>
          <w:rFonts w:ascii="Arial" w:hAnsi="Arial" w:cs="Arial"/>
          <w:lang w:val="lv-LV"/>
        </w:rPr>
        <w:t>2 m</w:t>
      </w:r>
      <w:r w:rsidR="00B43A13" w:rsidRPr="00CD3C67">
        <w:rPr>
          <w:rFonts w:ascii="Arial" w:hAnsi="Arial" w:cs="Arial"/>
          <w:lang w:val="lv-LV"/>
        </w:rPr>
        <w:t>etāla spai</w:t>
      </w:r>
      <w:r w:rsidRPr="00CD3C67">
        <w:rPr>
          <w:rFonts w:ascii="Arial" w:hAnsi="Arial" w:cs="Arial"/>
          <w:lang w:val="lv-LV"/>
        </w:rPr>
        <w:t>ņi</w:t>
      </w:r>
    </w:p>
    <w:p w14:paraId="2FD8041F" w14:textId="083221F6" w:rsidR="00B43A13" w:rsidRPr="00CD3C67" w:rsidRDefault="000775F1" w:rsidP="00B43A13">
      <w:pPr>
        <w:pStyle w:val="ListParagraph"/>
        <w:numPr>
          <w:ilvl w:val="0"/>
          <w:numId w:val="10"/>
        </w:numPr>
        <w:spacing w:before="200"/>
        <w:rPr>
          <w:rFonts w:ascii="Arial" w:hAnsi="Arial" w:cs="Arial"/>
          <w:lang w:val="lv-LV"/>
        </w:rPr>
      </w:pPr>
      <w:r w:rsidRPr="00CD3C67">
        <w:rPr>
          <w:rFonts w:ascii="Arial" w:hAnsi="Arial" w:cs="Arial"/>
          <w:lang w:val="lv-LV"/>
        </w:rPr>
        <w:t>m</w:t>
      </w:r>
      <w:r w:rsidR="00B43A13" w:rsidRPr="00CD3C67">
        <w:rPr>
          <w:rFonts w:ascii="Arial" w:hAnsi="Arial" w:cs="Arial"/>
          <w:lang w:val="lv-LV"/>
        </w:rPr>
        <w:t>etāla lāpstiņa</w:t>
      </w:r>
    </w:p>
    <w:p w14:paraId="4F1497D2" w14:textId="68728733" w:rsidR="00B43A13" w:rsidRPr="00CD3C67" w:rsidRDefault="000775F1" w:rsidP="00B43A13">
      <w:pPr>
        <w:pStyle w:val="ListParagraph"/>
        <w:numPr>
          <w:ilvl w:val="0"/>
          <w:numId w:val="10"/>
        </w:numPr>
        <w:spacing w:before="200"/>
        <w:rPr>
          <w:rFonts w:ascii="Arial" w:hAnsi="Arial" w:cs="Arial"/>
          <w:lang w:val="lv-LV"/>
        </w:rPr>
      </w:pPr>
      <w:r w:rsidRPr="00CD3C67">
        <w:rPr>
          <w:rFonts w:ascii="Arial" w:hAnsi="Arial" w:cs="Arial"/>
          <w:lang w:val="lv-LV"/>
        </w:rPr>
        <w:t>m</w:t>
      </w:r>
      <w:r w:rsidR="00B43A13" w:rsidRPr="00CD3C67">
        <w:rPr>
          <w:rFonts w:ascii="Arial" w:hAnsi="Arial" w:cs="Arial"/>
          <w:lang w:val="lv-LV"/>
        </w:rPr>
        <w:t>etāla siets</w:t>
      </w:r>
    </w:p>
    <w:p w14:paraId="187A46BC" w14:textId="23DC9BC2" w:rsidR="00B43A13" w:rsidRPr="00CD3C67" w:rsidRDefault="00B43A13" w:rsidP="00B43A13">
      <w:pPr>
        <w:pStyle w:val="ListParagraph"/>
        <w:numPr>
          <w:ilvl w:val="0"/>
          <w:numId w:val="10"/>
        </w:numPr>
        <w:spacing w:before="200"/>
        <w:rPr>
          <w:rFonts w:ascii="Arial" w:hAnsi="Arial" w:cs="Arial"/>
          <w:lang w:val="lv-LV"/>
        </w:rPr>
      </w:pPr>
      <w:r w:rsidRPr="00CD3C67">
        <w:rPr>
          <w:rFonts w:ascii="Arial" w:hAnsi="Arial" w:cs="Arial"/>
          <w:lang w:val="lv-LV"/>
        </w:rPr>
        <w:t>4 kociņi</w:t>
      </w:r>
    </w:p>
    <w:p w14:paraId="5D486C5F" w14:textId="470273DC" w:rsidR="00B43A13" w:rsidRPr="00CD3C67" w:rsidRDefault="000775F1" w:rsidP="00B43A13">
      <w:pPr>
        <w:pStyle w:val="ListParagraph"/>
        <w:numPr>
          <w:ilvl w:val="0"/>
          <w:numId w:val="10"/>
        </w:numPr>
        <w:spacing w:before="200"/>
        <w:rPr>
          <w:rFonts w:ascii="Arial" w:hAnsi="Arial" w:cs="Arial"/>
          <w:lang w:val="lv-LV"/>
        </w:rPr>
      </w:pPr>
      <w:r w:rsidRPr="00CD3C67">
        <w:rPr>
          <w:rFonts w:ascii="Arial" w:hAnsi="Arial" w:cs="Arial"/>
          <w:lang w:val="lv-LV"/>
        </w:rPr>
        <w:t>s</w:t>
      </w:r>
      <w:r w:rsidR="00B43A13" w:rsidRPr="00CD3C67">
        <w:rPr>
          <w:rFonts w:ascii="Arial" w:hAnsi="Arial" w:cs="Arial"/>
          <w:lang w:val="lv-LV"/>
        </w:rPr>
        <w:t>triķis</w:t>
      </w:r>
    </w:p>
    <w:p w14:paraId="411E2189" w14:textId="2620D192" w:rsidR="00B43A13" w:rsidRDefault="000775F1" w:rsidP="00B43A13">
      <w:pPr>
        <w:pStyle w:val="ListParagraph"/>
        <w:numPr>
          <w:ilvl w:val="0"/>
          <w:numId w:val="10"/>
        </w:numPr>
        <w:spacing w:before="200"/>
        <w:rPr>
          <w:rFonts w:ascii="Arial" w:hAnsi="Arial" w:cs="Arial"/>
          <w:lang w:val="lv-LV"/>
        </w:rPr>
      </w:pPr>
      <w:r w:rsidRPr="00CD3C67">
        <w:rPr>
          <w:rFonts w:ascii="Arial" w:hAnsi="Arial" w:cs="Arial"/>
          <w:lang w:val="lv-LV"/>
        </w:rPr>
        <w:t>l</w:t>
      </w:r>
      <w:r w:rsidR="00B43A13" w:rsidRPr="00CD3C67">
        <w:rPr>
          <w:rFonts w:ascii="Arial" w:hAnsi="Arial" w:cs="Arial"/>
          <w:lang w:val="lv-LV"/>
        </w:rPr>
        <w:t xml:space="preserve">ineāls vai mērlenta </w:t>
      </w:r>
    </w:p>
    <w:p w14:paraId="677DCB5D" w14:textId="0A388EF2" w:rsidR="00367DB8" w:rsidRPr="00CD3C67" w:rsidRDefault="00367DB8" w:rsidP="00B43A13">
      <w:pPr>
        <w:pStyle w:val="ListParagraph"/>
        <w:numPr>
          <w:ilvl w:val="0"/>
          <w:numId w:val="10"/>
        </w:numPr>
        <w:spacing w:before="200"/>
        <w:rPr>
          <w:rFonts w:ascii="Arial" w:hAnsi="Arial" w:cs="Arial"/>
          <w:lang w:val="lv-LV"/>
        </w:rPr>
      </w:pPr>
      <w:r>
        <w:rPr>
          <w:rFonts w:ascii="Arial" w:hAnsi="Arial" w:cs="Arial"/>
          <w:lang w:val="lv-LV"/>
        </w:rPr>
        <w:t>trauks vai maisiņš, mazo atkritumu saglabāšanai.</w:t>
      </w:r>
    </w:p>
    <w:p w14:paraId="77EE4BF9" w14:textId="77777777" w:rsidR="00B0609B" w:rsidRPr="00CD3C67" w:rsidRDefault="00B0609B" w:rsidP="000E3B03">
      <w:pPr>
        <w:pStyle w:val="ListParagraph"/>
        <w:spacing w:before="200"/>
        <w:rPr>
          <w:rFonts w:ascii="Arial" w:hAnsi="Arial" w:cs="Arial"/>
          <w:lang w:val="lv-LV"/>
        </w:rPr>
      </w:pPr>
    </w:p>
    <w:p w14:paraId="277933BD" w14:textId="746EE534" w:rsidR="00B43A13" w:rsidRPr="00CD3C67" w:rsidRDefault="00B43A13" w:rsidP="00B43A13">
      <w:pPr>
        <w:spacing w:before="200"/>
        <w:rPr>
          <w:rFonts w:ascii="Arial" w:hAnsi="Arial" w:cs="Arial"/>
          <w:b/>
          <w:bCs/>
          <w:lang w:val="lv-LV"/>
        </w:rPr>
      </w:pPr>
      <w:r w:rsidRPr="00CD3C67">
        <w:rPr>
          <w:rFonts w:ascii="Arial" w:hAnsi="Arial" w:cs="Arial"/>
          <w:b/>
          <w:bCs/>
          <w:lang w:val="lv-LV"/>
        </w:rPr>
        <w:t>Kā veikt novērojumu par atkritumiem smiltīs?</w:t>
      </w:r>
    </w:p>
    <w:p w14:paraId="06AFFB8B" w14:textId="4B20ED28" w:rsidR="00B0609B" w:rsidRPr="00CD3C67" w:rsidRDefault="00B0609B" w:rsidP="00B0609B">
      <w:pPr>
        <w:pStyle w:val="ListParagraph"/>
        <w:numPr>
          <w:ilvl w:val="0"/>
          <w:numId w:val="11"/>
        </w:numPr>
        <w:spacing w:before="200"/>
        <w:rPr>
          <w:rFonts w:ascii="Arial" w:hAnsi="Arial" w:cs="Arial"/>
          <w:lang w:val="lv-LV"/>
        </w:rPr>
      </w:pPr>
      <w:r w:rsidRPr="00CD3C67">
        <w:rPr>
          <w:rFonts w:ascii="Arial" w:hAnsi="Arial" w:cs="Arial"/>
          <w:lang w:val="lv-LV"/>
        </w:rPr>
        <w:t xml:space="preserve">Izvēlies pētījuma vietu peldvietā, vēlams sausās smiltīs. Izmēri </w:t>
      </w:r>
      <w:r w:rsidR="00251BF2">
        <w:rPr>
          <w:rFonts w:ascii="Arial" w:hAnsi="Arial" w:cs="Arial"/>
          <w:lang w:val="lv-LV"/>
        </w:rPr>
        <w:t>50 x 50 cm</w:t>
      </w:r>
      <w:r w:rsidRPr="00CD3C67">
        <w:rPr>
          <w:rFonts w:ascii="Arial" w:hAnsi="Arial" w:cs="Arial"/>
          <w:lang w:val="lv-LV"/>
        </w:rPr>
        <w:t xml:space="preserve"> </w:t>
      </w:r>
      <w:r w:rsidR="00251BF2">
        <w:rPr>
          <w:rFonts w:ascii="Arial" w:hAnsi="Arial" w:cs="Arial"/>
          <w:lang w:val="lv-LV"/>
        </w:rPr>
        <w:t>lielu</w:t>
      </w:r>
      <w:r w:rsidRPr="00CD3C67">
        <w:rPr>
          <w:rFonts w:ascii="Arial" w:hAnsi="Arial" w:cs="Arial"/>
          <w:lang w:val="lv-LV"/>
        </w:rPr>
        <w:t xml:space="preserve"> parauga laukumu, tā stūros iespraud kociņus un norobežo laukumu ar auklu.</w:t>
      </w:r>
    </w:p>
    <w:p w14:paraId="2851C788" w14:textId="2732EBAF" w:rsidR="00B0609B" w:rsidRPr="00CD3C67" w:rsidRDefault="00B0609B" w:rsidP="00B0609B">
      <w:pPr>
        <w:pStyle w:val="ListParagraph"/>
        <w:numPr>
          <w:ilvl w:val="0"/>
          <w:numId w:val="11"/>
        </w:numPr>
        <w:spacing w:before="200"/>
        <w:rPr>
          <w:rFonts w:ascii="Arial" w:hAnsi="Arial" w:cs="Arial"/>
          <w:lang w:val="lv-LV"/>
        </w:rPr>
      </w:pPr>
      <w:r w:rsidRPr="00CD3C67">
        <w:rPr>
          <w:rFonts w:ascii="Arial" w:hAnsi="Arial" w:cs="Arial"/>
          <w:lang w:val="lv-LV"/>
        </w:rPr>
        <w:t>Ar lāpstiņu savāc parauga laukumā esošo smilšu virsējo slāni aptuveni 3 cm dziļumā un ber smiltis spainī.</w:t>
      </w:r>
    </w:p>
    <w:p w14:paraId="6460838C" w14:textId="05A6881D" w:rsidR="00B0609B" w:rsidRPr="00CD3C67" w:rsidRDefault="00B0609B" w:rsidP="00B0609B">
      <w:pPr>
        <w:pStyle w:val="ListParagraph"/>
        <w:numPr>
          <w:ilvl w:val="0"/>
          <w:numId w:val="11"/>
        </w:numPr>
        <w:spacing w:before="200"/>
        <w:rPr>
          <w:rFonts w:ascii="Arial" w:hAnsi="Arial" w:cs="Arial"/>
          <w:lang w:val="lv-LV"/>
        </w:rPr>
      </w:pPr>
      <w:r w:rsidRPr="00CD3C67">
        <w:rPr>
          <w:rFonts w:ascii="Arial" w:hAnsi="Arial" w:cs="Arial"/>
          <w:lang w:val="lv-LV"/>
        </w:rPr>
        <w:t>Paņem sietu un pakāpeniski sijā spainī savāktās smiltis. Sijāšanu būs vieglāk veikt, ja sietā esošajām smiltīm liesi virsū ūdeni.</w:t>
      </w:r>
    </w:p>
    <w:p w14:paraId="289CD7BC" w14:textId="77777777" w:rsidR="00EA5BE7" w:rsidRPr="00EA5BE7" w:rsidRDefault="00EA5BE7" w:rsidP="00EA5BE7">
      <w:pPr>
        <w:pStyle w:val="ListParagraph"/>
        <w:numPr>
          <w:ilvl w:val="0"/>
          <w:numId w:val="11"/>
        </w:numPr>
        <w:spacing w:before="200"/>
        <w:rPr>
          <w:rFonts w:ascii="Arial" w:hAnsi="Arial" w:cs="Arial"/>
          <w:lang w:val="lv-LV"/>
        </w:rPr>
      </w:pPr>
      <w:r w:rsidRPr="00EA5BE7">
        <w:rPr>
          <w:rFonts w:ascii="Arial" w:hAnsi="Arial" w:cs="Arial"/>
          <w:lang w:val="lv-LV"/>
        </w:rPr>
        <w:t>Izpēti, kas palicis sietā. Saglabā atrastos atkritumus slēgtā traukā vai maisiņā – iespējams, tieši jūsu grupiņa laimēs iespēju kopā ar vides izglītības speciālistu tos izpētīt zem mikroskopa!</w:t>
      </w:r>
    </w:p>
    <w:p w14:paraId="29D1FE46" w14:textId="74F5E48C" w:rsidR="00E75536" w:rsidRPr="00E75536" w:rsidRDefault="00EA5BE7" w:rsidP="00E75536">
      <w:pPr>
        <w:pStyle w:val="ListParagraph"/>
        <w:spacing w:before="200"/>
        <w:rPr>
          <w:lang w:val="lv-LV"/>
        </w:rPr>
      </w:pPr>
      <w:r w:rsidRPr="00EA5BE7">
        <w:rPr>
          <w:rFonts w:ascii="Arial" w:hAnsi="Arial" w:cs="Arial"/>
          <w:lang w:val="lv-LV"/>
        </w:rPr>
        <w:t>Ja vēlaties izpēti turpināt grupiņā, nosakiet atrasto atkritumu veidus un sašķirojiet tos pa kategorijām.</w:t>
      </w:r>
    </w:p>
    <w:p w14:paraId="3EAA1632" w14:textId="7304925C" w:rsidR="00E75536" w:rsidRDefault="00E75536" w:rsidP="00EA5BE7">
      <w:pPr>
        <w:pStyle w:val="ListParagraph"/>
        <w:spacing w:before="200"/>
        <w:rPr>
          <w:lang w:val="lv-LV"/>
        </w:rPr>
        <w:sectPr w:rsidR="00E75536" w:rsidSect="00CD3C67">
          <w:pgSz w:w="12240" w:h="15840"/>
          <w:pgMar w:top="709" w:right="1134" w:bottom="567" w:left="1134" w:header="720" w:footer="720" w:gutter="0"/>
          <w:cols w:space="720"/>
          <w:docGrid w:linePitch="360"/>
        </w:sectPr>
      </w:pPr>
      <w:r>
        <w:rPr>
          <w:noProof/>
          <w:lang w:val="lv-LV"/>
        </w:rPr>
        <w:drawing>
          <wp:inline distT="0" distB="0" distL="0" distR="0" wp14:anchorId="0DC08916" wp14:editId="61C9D43E">
            <wp:extent cx="5727700" cy="3820382"/>
            <wp:effectExtent l="0" t="0" r="6350" b="8890"/>
            <wp:docPr id="579870878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559" cy="3842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F710F3" w14:textId="77777777" w:rsidR="00CD3C67" w:rsidRPr="00CD3C67" w:rsidRDefault="00CD3C67" w:rsidP="00B0609B">
      <w:pPr>
        <w:spacing w:before="200"/>
        <w:rPr>
          <w:lang w:val="lv-LV"/>
        </w:rPr>
      </w:pPr>
    </w:p>
    <w:p w14:paraId="646F865F" w14:textId="5F2C308B" w:rsidR="00CD3C67" w:rsidRPr="00CA4692" w:rsidRDefault="00CD3C67" w:rsidP="00CA4692">
      <w:pPr>
        <w:jc w:val="center"/>
        <w:rPr>
          <w:rFonts w:ascii="Arial" w:hAnsi="Arial" w:cs="Arial"/>
          <w:b/>
          <w:bCs/>
          <w:sz w:val="36"/>
          <w:szCs w:val="36"/>
          <w:lang w:val="lv-LV"/>
        </w:rPr>
      </w:pPr>
      <w:r w:rsidRPr="00CA4692">
        <w:rPr>
          <w:rFonts w:ascii="Arial" w:hAnsi="Arial" w:cs="Arial"/>
          <w:b/>
          <w:bCs/>
          <w:sz w:val="36"/>
          <w:szCs w:val="36"/>
          <w:lang w:val="lv-LV"/>
        </w:rPr>
        <w:t>Visbiežāk sastopamo mazo atkritumu veidu noteicējs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67"/>
        <w:gridCol w:w="2767"/>
        <w:gridCol w:w="2767"/>
        <w:gridCol w:w="2767"/>
        <w:gridCol w:w="2767"/>
      </w:tblGrid>
      <w:tr w:rsidR="00CD3C67" w:rsidRPr="00CD3C67" w14:paraId="562F285E" w14:textId="77777777" w:rsidTr="00CD3C67">
        <w:trPr>
          <w:trHeight w:val="4142"/>
        </w:trPr>
        <w:tc>
          <w:tcPr>
            <w:tcW w:w="2651" w:type="dxa"/>
          </w:tcPr>
          <w:p w14:paraId="2582E373" w14:textId="77777777" w:rsidR="00CD3C67" w:rsidRDefault="00CD3C67" w:rsidP="00CD3C67">
            <w:pPr>
              <w:jc w:val="center"/>
              <w:rPr>
                <w:rFonts w:ascii="Arial" w:hAnsi="Arial" w:cs="Arial"/>
                <w:b/>
                <w:bCs/>
                <w:lang w:val="lv-LV"/>
              </w:rPr>
            </w:pPr>
            <w:r w:rsidRPr="00CD3C67">
              <w:rPr>
                <w:rFonts w:ascii="Arial" w:hAnsi="Arial" w:cs="Arial"/>
                <w:b/>
                <w:bCs/>
                <w:lang w:val="lv-LV"/>
              </w:rPr>
              <w:t>Plastmasas granulas</w:t>
            </w:r>
          </w:p>
          <w:p w14:paraId="5EF92507" w14:textId="77777777" w:rsidR="00CD3C67" w:rsidRPr="00CD3C67" w:rsidRDefault="00CD3C67" w:rsidP="00CD3C67">
            <w:pPr>
              <w:jc w:val="center"/>
              <w:rPr>
                <w:rFonts w:ascii="Arial" w:hAnsi="Arial" w:cs="Arial"/>
                <w:b/>
                <w:bCs/>
                <w:lang w:val="lv-LV"/>
              </w:rPr>
            </w:pPr>
          </w:p>
          <w:p w14:paraId="295C6CB3" w14:textId="77777777" w:rsidR="00CD3C67" w:rsidRDefault="00CD3C67" w:rsidP="00CD3C67">
            <w:pPr>
              <w:jc w:val="center"/>
              <w:rPr>
                <w:rFonts w:ascii="Arial" w:hAnsi="Arial" w:cs="Arial"/>
                <w:b/>
                <w:bCs/>
                <w:lang w:val="lv-LV"/>
              </w:rPr>
            </w:pPr>
          </w:p>
          <w:p w14:paraId="360DD53C" w14:textId="77777777" w:rsidR="00E068CC" w:rsidRPr="00CD3C67" w:rsidRDefault="00E068CC" w:rsidP="00CD3C67">
            <w:pPr>
              <w:jc w:val="center"/>
              <w:rPr>
                <w:rFonts w:ascii="Arial" w:hAnsi="Arial" w:cs="Arial"/>
                <w:b/>
                <w:bCs/>
                <w:lang w:val="lv-LV"/>
              </w:rPr>
            </w:pPr>
          </w:p>
          <w:p w14:paraId="59C2D229" w14:textId="77777777" w:rsidR="00CD3C67" w:rsidRPr="00CD3C67" w:rsidRDefault="00CD3C67" w:rsidP="00CD3C67">
            <w:pPr>
              <w:jc w:val="center"/>
              <w:rPr>
                <w:rFonts w:ascii="Arial" w:hAnsi="Arial" w:cs="Arial"/>
                <w:b/>
                <w:bCs/>
                <w:lang w:val="lv-LV"/>
              </w:rPr>
            </w:pPr>
            <w:r w:rsidRPr="00CD3C67">
              <w:rPr>
                <w:rFonts w:ascii="Arial" w:hAnsi="Arial" w:cs="Arial"/>
                <w:b/>
                <w:bCs/>
                <w:noProof/>
                <w:lang w:val="lv-LV"/>
              </w:rPr>
              <w:drawing>
                <wp:inline distT="0" distB="0" distL="0" distR="0" wp14:anchorId="6C39C85C" wp14:editId="2C33C350">
                  <wp:extent cx="1620000" cy="1620000"/>
                  <wp:effectExtent l="0" t="0" r="0" b="0"/>
                  <wp:docPr id="546768888" name="Pictur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83" t="9507" r="456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1" w:type="dxa"/>
          </w:tcPr>
          <w:p w14:paraId="22056582" w14:textId="77777777" w:rsidR="00CD3C67" w:rsidRPr="00CD3C67" w:rsidRDefault="00CD3C67" w:rsidP="00CD3C67">
            <w:pPr>
              <w:jc w:val="center"/>
              <w:rPr>
                <w:rFonts w:ascii="Arial" w:hAnsi="Arial" w:cs="Arial"/>
                <w:b/>
                <w:bCs/>
                <w:lang w:val="lv-LV"/>
              </w:rPr>
            </w:pPr>
            <w:r w:rsidRPr="00CD3C67">
              <w:rPr>
                <w:rFonts w:ascii="Arial" w:hAnsi="Arial" w:cs="Arial"/>
                <w:b/>
                <w:bCs/>
                <w:lang w:val="lv-LV"/>
              </w:rPr>
              <w:t>Putupolistirols, putuplasts</w:t>
            </w:r>
          </w:p>
          <w:p w14:paraId="4413F44F" w14:textId="77777777" w:rsidR="00CD3C67" w:rsidRDefault="00CD3C67" w:rsidP="00CD3C67">
            <w:pPr>
              <w:jc w:val="center"/>
              <w:rPr>
                <w:rFonts w:ascii="Arial" w:hAnsi="Arial" w:cs="Arial"/>
                <w:b/>
                <w:bCs/>
                <w:lang w:val="lv-LV"/>
              </w:rPr>
            </w:pPr>
          </w:p>
          <w:p w14:paraId="40162E2A" w14:textId="77777777" w:rsidR="00E068CC" w:rsidRPr="00CD3C67" w:rsidRDefault="00E068CC" w:rsidP="00CD3C67">
            <w:pPr>
              <w:jc w:val="center"/>
              <w:rPr>
                <w:rFonts w:ascii="Arial" w:hAnsi="Arial" w:cs="Arial"/>
                <w:b/>
                <w:bCs/>
                <w:lang w:val="lv-LV"/>
              </w:rPr>
            </w:pPr>
          </w:p>
          <w:p w14:paraId="4C904A7F" w14:textId="77777777" w:rsidR="00CD3C67" w:rsidRPr="00CD3C67" w:rsidRDefault="00CD3C67" w:rsidP="00CD3C67">
            <w:pPr>
              <w:jc w:val="center"/>
              <w:rPr>
                <w:rFonts w:ascii="Arial" w:hAnsi="Arial" w:cs="Arial"/>
                <w:b/>
                <w:bCs/>
                <w:lang w:val="lv-LV"/>
              </w:rPr>
            </w:pPr>
            <w:r w:rsidRPr="00CD3C67">
              <w:rPr>
                <w:rFonts w:ascii="Arial" w:hAnsi="Arial" w:cs="Arial"/>
                <w:b/>
                <w:bCs/>
                <w:noProof/>
                <w:lang w:val="lv-LV"/>
              </w:rPr>
              <w:drawing>
                <wp:inline distT="0" distB="0" distL="0" distR="0" wp14:anchorId="44B0DBD8" wp14:editId="2A91610C">
                  <wp:extent cx="1620000" cy="1620000"/>
                  <wp:effectExtent l="0" t="0" r="0" b="0"/>
                  <wp:docPr id="1371003472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1003472" name=""/>
                          <pic:cNvPicPr/>
                        </pic:nvPicPr>
                        <pic:blipFill rotWithShape="1">
                          <a:blip r:embed="rId8"/>
                          <a:srcRect r="91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1" w:type="dxa"/>
          </w:tcPr>
          <w:p w14:paraId="5686D522" w14:textId="77777777" w:rsidR="00CD3C67" w:rsidRDefault="00CD3C67" w:rsidP="00CD3C67">
            <w:pPr>
              <w:jc w:val="center"/>
              <w:rPr>
                <w:rFonts w:ascii="Arial" w:hAnsi="Arial" w:cs="Arial"/>
                <w:b/>
                <w:bCs/>
                <w:lang w:val="lv-LV"/>
              </w:rPr>
            </w:pPr>
            <w:r w:rsidRPr="00CD3C67">
              <w:rPr>
                <w:rFonts w:ascii="Arial" w:hAnsi="Arial" w:cs="Arial"/>
                <w:b/>
                <w:bCs/>
                <w:lang w:val="lv-LV"/>
              </w:rPr>
              <w:t>Plastmasas šķiedra</w:t>
            </w:r>
          </w:p>
          <w:p w14:paraId="20710BC7" w14:textId="77777777" w:rsidR="00CD3C67" w:rsidRPr="00CD3C67" w:rsidRDefault="00CD3C67" w:rsidP="00CD3C67">
            <w:pPr>
              <w:jc w:val="center"/>
              <w:rPr>
                <w:rFonts w:ascii="Arial" w:hAnsi="Arial" w:cs="Arial"/>
                <w:b/>
                <w:bCs/>
                <w:lang w:val="lv-LV"/>
              </w:rPr>
            </w:pPr>
          </w:p>
          <w:p w14:paraId="0DAB61E1" w14:textId="77777777" w:rsidR="00CD3C67" w:rsidRDefault="00CD3C67" w:rsidP="00CD3C67">
            <w:pPr>
              <w:jc w:val="center"/>
              <w:rPr>
                <w:rFonts w:ascii="Arial" w:hAnsi="Arial" w:cs="Arial"/>
                <w:b/>
                <w:bCs/>
                <w:lang w:val="lv-LV"/>
              </w:rPr>
            </w:pPr>
          </w:p>
          <w:p w14:paraId="4DC04A49" w14:textId="77777777" w:rsidR="00E068CC" w:rsidRPr="00CD3C67" w:rsidRDefault="00E068CC" w:rsidP="00CD3C67">
            <w:pPr>
              <w:jc w:val="center"/>
              <w:rPr>
                <w:rFonts w:ascii="Arial" w:hAnsi="Arial" w:cs="Arial"/>
                <w:b/>
                <w:bCs/>
                <w:lang w:val="lv-LV"/>
              </w:rPr>
            </w:pPr>
          </w:p>
          <w:p w14:paraId="02D6B721" w14:textId="77777777" w:rsidR="00CD3C67" w:rsidRPr="00CD3C67" w:rsidRDefault="00CD3C67" w:rsidP="00CD3C67">
            <w:pPr>
              <w:jc w:val="center"/>
              <w:rPr>
                <w:rFonts w:ascii="Arial" w:hAnsi="Arial" w:cs="Arial"/>
                <w:b/>
                <w:bCs/>
                <w:lang w:val="lv-LV"/>
              </w:rPr>
            </w:pPr>
            <w:r w:rsidRPr="00CD3C67">
              <w:rPr>
                <w:rFonts w:ascii="Arial" w:hAnsi="Arial" w:cs="Arial"/>
                <w:b/>
                <w:bCs/>
                <w:noProof/>
                <w:lang w:val="lv-LV"/>
              </w:rPr>
              <w:drawing>
                <wp:inline distT="0" distB="0" distL="0" distR="0" wp14:anchorId="16F66CA6" wp14:editId="13B876DA">
                  <wp:extent cx="1620000" cy="1620000"/>
                  <wp:effectExtent l="0" t="0" r="0" b="0"/>
                  <wp:docPr id="1570124343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37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23C1DEC" w14:textId="77777777" w:rsidR="00CD3C67" w:rsidRPr="00CD3C67" w:rsidRDefault="00CD3C67" w:rsidP="00CD3C67">
            <w:pPr>
              <w:jc w:val="center"/>
              <w:rPr>
                <w:rFonts w:ascii="Arial" w:hAnsi="Arial" w:cs="Arial"/>
                <w:b/>
                <w:bCs/>
                <w:lang w:val="lv-LV"/>
              </w:rPr>
            </w:pPr>
          </w:p>
        </w:tc>
        <w:tc>
          <w:tcPr>
            <w:tcW w:w="2651" w:type="dxa"/>
          </w:tcPr>
          <w:p w14:paraId="57548B4D" w14:textId="77777777" w:rsidR="00CD3C67" w:rsidRDefault="00CD3C67" w:rsidP="00CD3C67">
            <w:pPr>
              <w:jc w:val="center"/>
              <w:rPr>
                <w:rFonts w:ascii="Arial" w:hAnsi="Arial" w:cs="Arial"/>
                <w:b/>
                <w:bCs/>
                <w:lang w:val="lv-LV"/>
              </w:rPr>
            </w:pPr>
            <w:r w:rsidRPr="00CD3C67">
              <w:rPr>
                <w:rFonts w:ascii="Arial" w:hAnsi="Arial" w:cs="Arial"/>
                <w:b/>
                <w:bCs/>
                <w:lang w:val="lv-LV"/>
              </w:rPr>
              <w:t>Plēvei līdzīga plastmasa</w:t>
            </w:r>
          </w:p>
          <w:p w14:paraId="624C376B" w14:textId="77777777" w:rsidR="00CD3C67" w:rsidRPr="00CD3C67" w:rsidRDefault="00CD3C67" w:rsidP="00CD3C67">
            <w:pPr>
              <w:jc w:val="center"/>
              <w:rPr>
                <w:rFonts w:ascii="Arial" w:hAnsi="Arial" w:cs="Arial"/>
                <w:b/>
                <w:bCs/>
                <w:lang w:val="lv-LV"/>
              </w:rPr>
            </w:pPr>
          </w:p>
          <w:p w14:paraId="6170EC05" w14:textId="77777777" w:rsidR="00CD3C67" w:rsidRDefault="00CD3C67" w:rsidP="00CD3C67">
            <w:pPr>
              <w:jc w:val="center"/>
              <w:rPr>
                <w:rFonts w:ascii="Arial" w:hAnsi="Arial" w:cs="Arial"/>
                <w:b/>
                <w:bCs/>
                <w:lang w:val="lv-LV"/>
              </w:rPr>
            </w:pPr>
          </w:p>
          <w:p w14:paraId="343D0CC0" w14:textId="77777777" w:rsidR="00E068CC" w:rsidRPr="00CD3C67" w:rsidRDefault="00E068CC" w:rsidP="00CD3C67">
            <w:pPr>
              <w:jc w:val="center"/>
              <w:rPr>
                <w:rFonts w:ascii="Arial" w:hAnsi="Arial" w:cs="Arial"/>
                <w:b/>
                <w:bCs/>
                <w:lang w:val="lv-LV"/>
              </w:rPr>
            </w:pPr>
          </w:p>
          <w:p w14:paraId="441B7952" w14:textId="77777777" w:rsidR="00CD3C67" w:rsidRPr="00CD3C67" w:rsidRDefault="00CD3C67" w:rsidP="00CD3C67">
            <w:pPr>
              <w:jc w:val="center"/>
              <w:rPr>
                <w:rFonts w:ascii="Arial" w:hAnsi="Arial" w:cs="Arial"/>
                <w:b/>
                <w:bCs/>
                <w:lang w:val="lv-LV"/>
              </w:rPr>
            </w:pPr>
            <w:r w:rsidRPr="00CD3C67">
              <w:rPr>
                <w:rFonts w:ascii="Arial" w:hAnsi="Arial" w:cs="Arial"/>
                <w:b/>
                <w:bCs/>
                <w:noProof/>
                <w:lang w:val="lv-LV"/>
              </w:rPr>
              <w:drawing>
                <wp:inline distT="0" distB="0" distL="0" distR="0" wp14:anchorId="172A22B1" wp14:editId="28BA80C3">
                  <wp:extent cx="1620000" cy="1620000"/>
                  <wp:effectExtent l="0" t="0" r="0" b="0"/>
                  <wp:docPr id="893950735" name="Picture 6" descr="The animals that are being harmed by plastic bags - BBC News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The animals that are being harmed by plastic bags - BBC New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118" r="283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1" w:type="dxa"/>
          </w:tcPr>
          <w:p w14:paraId="6D0A2224" w14:textId="77777777" w:rsidR="00CD3C67" w:rsidRDefault="00CD3C67" w:rsidP="00CD3C67">
            <w:pPr>
              <w:jc w:val="center"/>
              <w:rPr>
                <w:rFonts w:ascii="Arial" w:hAnsi="Arial" w:cs="Arial"/>
                <w:b/>
                <w:bCs/>
                <w:lang w:val="lv-LV"/>
              </w:rPr>
            </w:pPr>
            <w:r w:rsidRPr="00CD3C67">
              <w:rPr>
                <w:rFonts w:ascii="Arial" w:hAnsi="Arial" w:cs="Arial"/>
                <w:b/>
                <w:bCs/>
                <w:lang w:val="lv-LV"/>
              </w:rPr>
              <w:t>Cita plastmasas daļiņa</w:t>
            </w:r>
          </w:p>
          <w:p w14:paraId="7048FC8D" w14:textId="77777777" w:rsidR="00CD3C67" w:rsidRDefault="00CD3C67" w:rsidP="00CD3C67">
            <w:pPr>
              <w:jc w:val="center"/>
              <w:rPr>
                <w:rFonts w:ascii="Arial" w:hAnsi="Arial" w:cs="Arial"/>
                <w:b/>
                <w:bCs/>
                <w:lang w:val="lv-LV"/>
              </w:rPr>
            </w:pPr>
          </w:p>
          <w:p w14:paraId="2D2B899F" w14:textId="77777777" w:rsidR="00E068CC" w:rsidRPr="00CD3C67" w:rsidRDefault="00E068CC" w:rsidP="00CD3C67">
            <w:pPr>
              <w:jc w:val="center"/>
              <w:rPr>
                <w:rFonts w:ascii="Arial" w:hAnsi="Arial" w:cs="Arial"/>
                <w:b/>
                <w:bCs/>
                <w:lang w:val="lv-LV"/>
              </w:rPr>
            </w:pPr>
          </w:p>
          <w:p w14:paraId="38CCB9BD" w14:textId="77777777" w:rsidR="00CD3C67" w:rsidRPr="00CD3C67" w:rsidRDefault="00CD3C67" w:rsidP="00CD3C67">
            <w:pPr>
              <w:jc w:val="center"/>
              <w:rPr>
                <w:rFonts w:ascii="Arial" w:hAnsi="Arial" w:cs="Arial"/>
                <w:b/>
                <w:bCs/>
                <w:lang w:val="lv-LV"/>
              </w:rPr>
            </w:pPr>
          </w:p>
          <w:p w14:paraId="20FE487A" w14:textId="77777777" w:rsidR="00CD3C67" w:rsidRPr="00CD3C67" w:rsidRDefault="00CD3C67" w:rsidP="00CD3C67">
            <w:pPr>
              <w:jc w:val="center"/>
              <w:rPr>
                <w:rFonts w:ascii="Arial" w:hAnsi="Arial" w:cs="Arial"/>
                <w:b/>
                <w:bCs/>
                <w:lang w:val="lv-LV"/>
              </w:rPr>
            </w:pPr>
            <w:r w:rsidRPr="00CD3C67">
              <w:rPr>
                <w:rFonts w:ascii="Arial" w:hAnsi="Arial" w:cs="Arial"/>
                <w:b/>
                <w:bCs/>
                <w:noProof/>
                <w:lang w:val="lv-LV"/>
              </w:rPr>
              <w:drawing>
                <wp:inline distT="0" distB="0" distL="0" distR="0" wp14:anchorId="73401446" wp14:editId="646752C1">
                  <wp:extent cx="1620000" cy="1620000"/>
                  <wp:effectExtent l="0" t="0" r="0" b="0"/>
                  <wp:docPr id="1873871938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871938" name=""/>
                          <pic:cNvPicPr/>
                        </pic:nvPicPr>
                        <pic:blipFill rotWithShape="1">
                          <a:blip r:embed="rId11"/>
                          <a:srcRect r="17542" b="148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3C67" w:rsidRPr="00CD3C67" w14:paraId="4E6FA42B" w14:textId="77777777" w:rsidTr="00CD3C67">
        <w:trPr>
          <w:trHeight w:val="3364"/>
        </w:trPr>
        <w:tc>
          <w:tcPr>
            <w:tcW w:w="2651" w:type="dxa"/>
          </w:tcPr>
          <w:p w14:paraId="1236D4CD" w14:textId="77777777" w:rsidR="00CD3C67" w:rsidRDefault="00CD3C67" w:rsidP="00CD3C67">
            <w:pPr>
              <w:jc w:val="center"/>
              <w:rPr>
                <w:rFonts w:ascii="Arial" w:hAnsi="Arial" w:cs="Arial"/>
                <w:b/>
                <w:bCs/>
                <w:lang w:val="lv-LV"/>
              </w:rPr>
            </w:pPr>
            <w:r w:rsidRPr="00CD3C67">
              <w:rPr>
                <w:rFonts w:ascii="Arial" w:hAnsi="Arial" w:cs="Arial"/>
                <w:b/>
                <w:bCs/>
                <w:lang w:val="lv-LV"/>
              </w:rPr>
              <w:t>Stikls vai keramika</w:t>
            </w:r>
          </w:p>
          <w:p w14:paraId="3761FEB1" w14:textId="77777777" w:rsidR="00E068CC" w:rsidRDefault="00E068CC" w:rsidP="00CD3C67">
            <w:pPr>
              <w:jc w:val="center"/>
              <w:rPr>
                <w:rFonts w:ascii="Arial" w:hAnsi="Arial" w:cs="Arial"/>
                <w:b/>
                <w:bCs/>
                <w:lang w:val="lv-LV"/>
              </w:rPr>
            </w:pPr>
          </w:p>
          <w:p w14:paraId="5E97B863" w14:textId="77777777" w:rsidR="00CD3C67" w:rsidRDefault="00CD3C67" w:rsidP="00CD3C67">
            <w:pPr>
              <w:jc w:val="center"/>
              <w:rPr>
                <w:rFonts w:ascii="Arial" w:hAnsi="Arial" w:cs="Arial"/>
                <w:b/>
                <w:bCs/>
                <w:lang w:val="lv-LV"/>
              </w:rPr>
            </w:pPr>
          </w:p>
          <w:p w14:paraId="6C964572" w14:textId="3B0D8F14" w:rsidR="00CD3C67" w:rsidRPr="00CD3C67" w:rsidRDefault="00CD3C67" w:rsidP="00CD3C67">
            <w:pPr>
              <w:jc w:val="center"/>
              <w:rPr>
                <w:rFonts w:ascii="Arial" w:hAnsi="Arial" w:cs="Arial"/>
                <w:b/>
                <w:bCs/>
                <w:lang w:val="lv-LV"/>
              </w:rPr>
            </w:pPr>
            <w:r w:rsidRPr="00CD3C67">
              <w:rPr>
                <w:rFonts w:ascii="Arial" w:hAnsi="Arial" w:cs="Arial"/>
                <w:b/>
                <w:bCs/>
                <w:noProof/>
                <w:lang w:val="lv-LV"/>
              </w:rPr>
              <w:drawing>
                <wp:inline distT="0" distB="0" distL="0" distR="0" wp14:anchorId="25B707F7" wp14:editId="45331F3D">
                  <wp:extent cx="1620000" cy="1620000"/>
                  <wp:effectExtent l="0" t="0" r="0" b="0"/>
                  <wp:docPr id="1443927226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3927226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1" w:type="dxa"/>
          </w:tcPr>
          <w:p w14:paraId="5BF32963" w14:textId="77777777" w:rsidR="00CD3C67" w:rsidRDefault="00CD3C67" w:rsidP="00CD3C67">
            <w:pPr>
              <w:jc w:val="center"/>
              <w:rPr>
                <w:rFonts w:ascii="Arial" w:hAnsi="Arial" w:cs="Arial"/>
                <w:b/>
                <w:bCs/>
                <w:lang w:val="lv-LV"/>
              </w:rPr>
            </w:pPr>
            <w:r w:rsidRPr="00CD3C67">
              <w:rPr>
                <w:rFonts w:ascii="Arial" w:hAnsi="Arial" w:cs="Arial"/>
                <w:b/>
                <w:bCs/>
                <w:lang w:val="lv-LV"/>
              </w:rPr>
              <w:t>Metāls</w:t>
            </w:r>
          </w:p>
          <w:p w14:paraId="27A07E8B" w14:textId="77777777" w:rsidR="00E068CC" w:rsidRPr="00CD3C67" w:rsidRDefault="00E068CC" w:rsidP="00CD3C67">
            <w:pPr>
              <w:jc w:val="center"/>
              <w:rPr>
                <w:rFonts w:ascii="Arial" w:hAnsi="Arial" w:cs="Arial"/>
                <w:b/>
                <w:bCs/>
                <w:lang w:val="lv-LV"/>
              </w:rPr>
            </w:pPr>
          </w:p>
          <w:p w14:paraId="1A87A84A" w14:textId="77777777" w:rsidR="00CD3C67" w:rsidRPr="00CD3C67" w:rsidRDefault="00CD3C67" w:rsidP="00CD3C67">
            <w:pPr>
              <w:jc w:val="center"/>
              <w:rPr>
                <w:rFonts w:ascii="Arial" w:hAnsi="Arial" w:cs="Arial"/>
                <w:b/>
                <w:bCs/>
                <w:lang w:val="lv-LV"/>
              </w:rPr>
            </w:pPr>
          </w:p>
          <w:p w14:paraId="614FD2E2" w14:textId="77777777" w:rsidR="00CD3C67" w:rsidRPr="00CD3C67" w:rsidRDefault="00CD3C67" w:rsidP="00CD3C67">
            <w:pPr>
              <w:jc w:val="center"/>
              <w:rPr>
                <w:rFonts w:ascii="Arial" w:hAnsi="Arial" w:cs="Arial"/>
                <w:b/>
                <w:bCs/>
                <w:lang w:val="lv-LV"/>
              </w:rPr>
            </w:pPr>
            <w:r w:rsidRPr="00CD3C67">
              <w:rPr>
                <w:rFonts w:ascii="Arial" w:hAnsi="Arial" w:cs="Arial"/>
                <w:b/>
                <w:bCs/>
                <w:noProof/>
                <w:lang w:val="lv-LV"/>
              </w:rPr>
              <w:drawing>
                <wp:inline distT="0" distB="0" distL="0" distR="0" wp14:anchorId="55A060BB" wp14:editId="59F2FF7E">
                  <wp:extent cx="1620000" cy="1620000"/>
                  <wp:effectExtent l="0" t="0" r="0" b="0"/>
                  <wp:docPr id="1610926928" name="Picture 7" descr="Bottle cap on the beach ©iStock 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Bottle cap on the beach ©iStock 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031" r="208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1" w:type="dxa"/>
          </w:tcPr>
          <w:p w14:paraId="4E5A0430" w14:textId="77777777" w:rsidR="00CD3C67" w:rsidRDefault="00CD3C67" w:rsidP="00CD3C67">
            <w:pPr>
              <w:jc w:val="center"/>
              <w:rPr>
                <w:rFonts w:ascii="Arial" w:hAnsi="Arial" w:cs="Arial"/>
                <w:b/>
                <w:bCs/>
                <w:lang w:val="lv-LV"/>
              </w:rPr>
            </w:pPr>
            <w:r w:rsidRPr="00CD3C67">
              <w:rPr>
                <w:rFonts w:ascii="Arial" w:hAnsi="Arial" w:cs="Arial"/>
                <w:b/>
                <w:bCs/>
                <w:lang w:val="lv-LV"/>
              </w:rPr>
              <w:t>Papīrs vai kartons</w:t>
            </w:r>
          </w:p>
          <w:p w14:paraId="113BA40A" w14:textId="77777777" w:rsidR="00E068CC" w:rsidRDefault="00E068CC" w:rsidP="00CD3C67">
            <w:pPr>
              <w:jc w:val="center"/>
              <w:rPr>
                <w:rFonts w:ascii="Arial" w:hAnsi="Arial" w:cs="Arial"/>
                <w:b/>
                <w:bCs/>
                <w:lang w:val="lv-LV"/>
              </w:rPr>
            </w:pPr>
          </w:p>
          <w:p w14:paraId="24F1648C" w14:textId="77777777" w:rsidR="00CD3C67" w:rsidRPr="00CD3C67" w:rsidRDefault="00CD3C67" w:rsidP="00CD3C67">
            <w:pPr>
              <w:jc w:val="center"/>
              <w:rPr>
                <w:rFonts w:ascii="Arial" w:hAnsi="Arial" w:cs="Arial"/>
                <w:b/>
                <w:bCs/>
                <w:lang w:val="lv-LV"/>
              </w:rPr>
            </w:pPr>
          </w:p>
          <w:p w14:paraId="6E5F8857" w14:textId="77777777" w:rsidR="00CD3C67" w:rsidRPr="00CD3C67" w:rsidRDefault="00CD3C67" w:rsidP="00CD3C67">
            <w:pPr>
              <w:jc w:val="center"/>
              <w:rPr>
                <w:rFonts w:ascii="Arial" w:hAnsi="Arial" w:cs="Arial"/>
                <w:b/>
                <w:bCs/>
                <w:lang w:val="lv-LV"/>
              </w:rPr>
            </w:pPr>
            <w:r w:rsidRPr="00CD3C67">
              <w:rPr>
                <w:rFonts w:ascii="Arial" w:hAnsi="Arial" w:cs="Arial"/>
                <w:b/>
                <w:bCs/>
                <w:noProof/>
                <w:lang w:val="lv-LV"/>
              </w:rPr>
              <w:drawing>
                <wp:inline distT="0" distB="0" distL="0" distR="0" wp14:anchorId="4F303AD6" wp14:editId="53EB5907">
                  <wp:extent cx="1620000" cy="1620000"/>
                  <wp:effectExtent l="0" t="0" r="0" b="0"/>
                  <wp:docPr id="1465461302" name="Pictur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428" r="20520" b="171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1" w:type="dxa"/>
          </w:tcPr>
          <w:p w14:paraId="61FE68D1" w14:textId="77777777" w:rsidR="00CD3C67" w:rsidRDefault="00CD3C67" w:rsidP="00CD3C67">
            <w:pPr>
              <w:jc w:val="center"/>
              <w:rPr>
                <w:rFonts w:ascii="Arial" w:hAnsi="Arial" w:cs="Arial"/>
                <w:b/>
                <w:bCs/>
                <w:lang w:val="lv-LV"/>
              </w:rPr>
            </w:pPr>
            <w:r w:rsidRPr="00CD3C67">
              <w:rPr>
                <w:rFonts w:ascii="Arial" w:hAnsi="Arial" w:cs="Arial"/>
                <w:b/>
                <w:bCs/>
                <w:lang w:val="lv-LV"/>
              </w:rPr>
              <w:t>Gumija</w:t>
            </w:r>
          </w:p>
          <w:p w14:paraId="7800BFD7" w14:textId="77777777" w:rsidR="00E068CC" w:rsidRPr="00CD3C67" w:rsidRDefault="00E068CC" w:rsidP="00CD3C67">
            <w:pPr>
              <w:jc w:val="center"/>
              <w:rPr>
                <w:rFonts w:ascii="Arial" w:hAnsi="Arial" w:cs="Arial"/>
                <w:b/>
                <w:bCs/>
                <w:lang w:val="lv-LV"/>
              </w:rPr>
            </w:pPr>
          </w:p>
          <w:p w14:paraId="7807F376" w14:textId="77777777" w:rsidR="00CD3C67" w:rsidRPr="00CD3C67" w:rsidRDefault="00CD3C67" w:rsidP="00CD3C67">
            <w:pPr>
              <w:jc w:val="center"/>
              <w:rPr>
                <w:rFonts w:ascii="Arial" w:hAnsi="Arial" w:cs="Arial"/>
                <w:b/>
                <w:bCs/>
                <w:lang w:val="lv-LV"/>
              </w:rPr>
            </w:pPr>
          </w:p>
          <w:p w14:paraId="6413F864" w14:textId="77777777" w:rsidR="00CD3C67" w:rsidRPr="00CD3C67" w:rsidRDefault="00CD3C67" w:rsidP="00CD3C67">
            <w:pPr>
              <w:jc w:val="center"/>
              <w:rPr>
                <w:rFonts w:ascii="Arial" w:hAnsi="Arial" w:cs="Arial"/>
                <w:b/>
                <w:bCs/>
                <w:lang w:val="lv-LV"/>
              </w:rPr>
            </w:pPr>
            <w:r w:rsidRPr="00CD3C67">
              <w:rPr>
                <w:rFonts w:ascii="Arial" w:hAnsi="Arial" w:cs="Arial"/>
                <w:b/>
                <w:bCs/>
                <w:noProof/>
                <w:lang w:val="lv-LV"/>
              </w:rPr>
              <w:drawing>
                <wp:inline distT="0" distB="0" distL="0" distR="0" wp14:anchorId="369825AD" wp14:editId="7AABAF37">
                  <wp:extent cx="1620000" cy="1620000"/>
                  <wp:effectExtent l="0" t="0" r="0" b="0"/>
                  <wp:docPr id="1399608060" name="Picture 9" descr="Cat ate part of disposable glove- what next? : r/cats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at ate part of disposable glove- what next? : r/cat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023" b="165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1" w:type="dxa"/>
          </w:tcPr>
          <w:p w14:paraId="6D2CFE59" w14:textId="08F63789" w:rsidR="00CD3C67" w:rsidRDefault="00CD3C67" w:rsidP="00CD3C67">
            <w:pPr>
              <w:jc w:val="center"/>
              <w:rPr>
                <w:rFonts w:ascii="Arial" w:hAnsi="Arial" w:cs="Arial"/>
                <w:b/>
                <w:bCs/>
                <w:lang w:val="lv-LV"/>
              </w:rPr>
            </w:pPr>
            <w:r w:rsidRPr="00CD3C67">
              <w:rPr>
                <w:rFonts w:ascii="Arial" w:hAnsi="Arial" w:cs="Arial"/>
                <w:b/>
                <w:bCs/>
                <w:lang w:val="lv-LV"/>
              </w:rPr>
              <w:t>Citi materiāli</w:t>
            </w:r>
            <w:r w:rsidR="00E068CC">
              <w:rPr>
                <w:rFonts w:ascii="Arial" w:hAnsi="Arial" w:cs="Arial"/>
                <w:b/>
                <w:bCs/>
                <w:lang w:val="lv-LV"/>
              </w:rPr>
              <w:t xml:space="preserve"> (korķis, </w:t>
            </w:r>
            <w:r w:rsidR="00CA58FA">
              <w:rPr>
                <w:rFonts w:ascii="Arial" w:hAnsi="Arial" w:cs="Arial"/>
                <w:b/>
                <w:bCs/>
                <w:lang w:val="lv-LV"/>
              </w:rPr>
              <w:t>cigarešu</w:t>
            </w:r>
            <w:r w:rsidR="00E068CC">
              <w:rPr>
                <w:rFonts w:ascii="Arial" w:hAnsi="Arial" w:cs="Arial"/>
                <w:b/>
                <w:bCs/>
                <w:lang w:val="lv-LV"/>
              </w:rPr>
              <w:t xml:space="preserve"> izsmēķis, tekstils, organika u.c.)</w:t>
            </w:r>
          </w:p>
          <w:p w14:paraId="73EED375" w14:textId="77777777" w:rsidR="00FE2A76" w:rsidRPr="00CD3C67" w:rsidRDefault="00FE2A76" w:rsidP="00CD3C67">
            <w:pPr>
              <w:jc w:val="center"/>
              <w:rPr>
                <w:rFonts w:ascii="Arial" w:hAnsi="Arial" w:cs="Arial"/>
                <w:b/>
                <w:bCs/>
                <w:lang w:val="lv-LV"/>
              </w:rPr>
            </w:pPr>
          </w:p>
          <w:p w14:paraId="4AE11910" w14:textId="5B1CB8B5" w:rsidR="00CD3C67" w:rsidRDefault="00FE2A76" w:rsidP="00CD3C67">
            <w:pPr>
              <w:jc w:val="center"/>
              <w:rPr>
                <w:rFonts w:ascii="Arial" w:hAnsi="Arial" w:cs="Arial"/>
                <w:b/>
                <w:bCs/>
                <w:lang w:val="lv-LV"/>
              </w:rPr>
            </w:pPr>
            <w:r w:rsidRPr="00FE2A76">
              <w:rPr>
                <w:rFonts w:ascii="Arial" w:hAnsi="Arial" w:cs="Arial"/>
                <w:b/>
                <w:bCs/>
                <w:noProof/>
                <w:lang w:val="lv-LV"/>
              </w:rPr>
              <w:drawing>
                <wp:inline distT="0" distB="0" distL="0" distR="0" wp14:anchorId="341A472E" wp14:editId="40CB95A5">
                  <wp:extent cx="720000" cy="720000"/>
                  <wp:effectExtent l="0" t="0" r="4445" b="4445"/>
                  <wp:docPr id="355898547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5898547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E2A76">
              <w:rPr>
                <w:rFonts w:ascii="Arial" w:hAnsi="Arial" w:cs="Arial"/>
                <w:b/>
                <w:bCs/>
                <w:noProof/>
                <w:lang w:val="lv-LV"/>
              </w:rPr>
              <w:drawing>
                <wp:inline distT="0" distB="0" distL="0" distR="0" wp14:anchorId="77E6E944" wp14:editId="708FDD05">
                  <wp:extent cx="720000" cy="720000"/>
                  <wp:effectExtent l="0" t="0" r="4445" b="4445"/>
                  <wp:docPr id="98890184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890184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A53731" w14:textId="5C078894" w:rsidR="00FE2A76" w:rsidRDefault="00E068CC" w:rsidP="00CD3C67">
            <w:pPr>
              <w:jc w:val="center"/>
              <w:rPr>
                <w:rFonts w:ascii="Arial" w:hAnsi="Arial" w:cs="Arial"/>
                <w:b/>
                <w:bCs/>
                <w:lang w:val="lv-LV"/>
              </w:rPr>
            </w:pPr>
            <w:r>
              <w:rPr>
                <w:noProof/>
              </w:rPr>
              <w:drawing>
                <wp:inline distT="0" distB="0" distL="0" distR="0" wp14:anchorId="36D05219" wp14:editId="00104324">
                  <wp:extent cx="720000" cy="720000"/>
                  <wp:effectExtent l="0" t="0" r="4445" b="4445"/>
                  <wp:docPr id="117639749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6E9E03D" wp14:editId="316DCABD">
                  <wp:extent cx="720000" cy="720000"/>
                  <wp:effectExtent l="0" t="0" r="4445" b="4445"/>
                  <wp:docPr id="420555655" name="Picture 3" descr="Orange Pazha Thol / Orange Peel Dri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Orange Pazha Thol / Orange Peel Dri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269D5B" w14:textId="70E53BBA" w:rsidR="00FE2A76" w:rsidRPr="00CD3C67" w:rsidRDefault="00FE2A76" w:rsidP="00CD3C67">
            <w:pPr>
              <w:jc w:val="center"/>
              <w:rPr>
                <w:rFonts w:ascii="Arial" w:hAnsi="Arial" w:cs="Arial"/>
                <w:b/>
                <w:bCs/>
                <w:lang w:val="lv-LV"/>
              </w:rPr>
            </w:pPr>
          </w:p>
        </w:tc>
      </w:tr>
    </w:tbl>
    <w:p w14:paraId="1FC1AF51" w14:textId="77777777" w:rsidR="00CD3C67" w:rsidRDefault="00CD3C67" w:rsidP="00B0609B">
      <w:pPr>
        <w:spacing w:before="200"/>
        <w:rPr>
          <w:lang w:val="lv-LV"/>
        </w:rPr>
      </w:pPr>
    </w:p>
    <w:p w14:paraId="66A8A151" w14:textId="77777777" w:rsidR="0007135D" w:rsidRDefault="0007135D" w:rsidP="00B0609B">
      <w:pPr>
        <w:spacing w:before="200"/>
        <w:rPr>
          <w:lang w:val="lv-LV"/>
        </w:rPr>
      </w:pPr>
    </w:p>
    <w:p w14:paraId="66BEF207" w14:textId="1A7B8EE2" w:rsidR="0007135D" w:rsidRPr="00CD3C67" w:rsidRDefault="0007135D" w:rsidP="00B0609B">
      <w:pPr>
        <w:spacing w:before="200"/>
        <w:rPr>
          <w:lang w:val="lv-LV"/>
        </w:rPr>
      </w:pPr>
      <w:r w:rsidRPr="0007135D">
        <w:rPr>
          <w:lang w:val="lv-LV"/>
        </w:rPr>
        <w:lastRenderedPageBreak/>
        <w:drawing>
          <wp:inline distT="0" distB="0" distL="0" distR="0" wp14:anchorId="112522C9" wp14:editId="58B432B7">
            <wp:extent cx="8792802" cy="6277851"/>
            <wp:effectExtent l="0" t="0" r="8890" b="8890"/>
            <wp:docPr id="19792405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240583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792802" cy="6277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7135D" w:rsidRPr="00CD3C67" w:rsidSect="00CD3C67">
      <w:pgSz w:w="15840" w:h="12240" w:orient="landscape"/>
      <w:pgMar w:top="1134" w:right="964" w:bottom="1134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12743F1"/>
    <w:multiLevelType w:val="hybridMultilevel"/>
    <w:tmpl w:val="19F41E9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4055DF"/>
    <w:multiLevelType w:val="hybridMultilevel"/>
    <w:tmpl w:val="6E1227C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0523459">
    <w:abstractNumId w:val="8"/>
  </w:num>
  <w:num w:numId="2" w16cid:durableId="1152985934">
    <w:abstractNumId w:val="6"/>
  </w:num>
  <w:num w:numId="3" w16cid:durableId="331182880">
    <w:abstractNumId w:val="5"/>
  </w:num>
  <w:num w:numId="4" w16cid:durableId="755440844">
    <w:abstractNumId w:val="4"/>
  </w:num>
  <w:num w:numId="5" w16cid:durableId="1740665685">
    <w:abstractNumId w:val="7"/>
  </w:num>
  <w:num w:numId="6" w16cid:durableId="277490891">
    <w:abstractNumId w:val="3"/>
  </w:num>
  <w:num w:numId="7" w16cid:durableId="1007363098">
    <w:abstractNumId w:val="2"/>
  </w:num>
  <w:num w:numId="8" w16cid:durableId="918977460">
    <w:abstractNumId w:val="1"/>
  </w:num>
  <w:num w:numId="9" w16cid:durableId="2034573761">
    <w:abstractNumId w:val="0"/>
  </w:num>
  <w:num w:numId="10" w16cid:durableId="2080668030">
    <w:abstractNumId w:val="10"/>
  </w:num>
  <w:num w:numId="11" w16cid:durableId="79541520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135D"/>
    <w:rsid w:val="000725F2"/>
    <w:rsid w:val="000775F1"/>
    <w:rsid w:val="000E3B03"/>
    <w:rsid w:val="0015074B"/>
    <w:rsid w:val="00200AC4"/>
    <w:rsid w:val="00221B53"/>
    <w:rsid w:val="00251BF2"/>
    <w:rsid w:val="0029639D"/>
    <w:rsid w:val="00326F90"/>
    <w:rsid w:val="00367DB8"/>
    <w:rsid w:val="00393304"/>
    <w:rsid w:val="00425852"/>
    <w:rsid w:val="0043374F"/>
    <w:rsid w:val="007A6C16"/>
    <w:rsid w:val="007E1D05"/>
    <w:rsid w:val="007F04EA"/>
    <w:rsid w:val="008D5C9A"/>
    <w:rsid w:val="0094246A"/>
    <w:rsid w:val="00945BD9"/>
    <w:rsid w:val="0097460F"/>
    <w:rsid w:val="00A656BD"/>
    <w:rsid w:val="00AA1D8D"/>
    <w:rsid w:val="00AE15BF"/>
    <w:rsid w:val="00B0609B"/>
    <w:rsid w:val="00B43A13"/>
    <w:rsid w:val="00B47730"/>
    <w:rsid w:val="00CA4692"/>
    <w:rsid w:val="00CA58FA"/>
    <w:rsid w:val="00CB0664"/>
    <w:rsid w:val="00CD3C67"/>
    <w:rsid w:val="00DE443B"/>
    <w:rsid w:val="00E068CC"/>
    <w:rsid w:val="00E75536"/>
    <w:rsid w:val="00EA5BE7"/>
    <w:rsid w:val="00F41310"/>
    <w:rsid w:val="00F84E5B"/>
    <w:rsid w:val="00FC693F"/>
    <w:rsid w:val="00FE2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E3B1E2"/>
  <w14:defaultImageDpi w14:val="300"/>
  <w15:docId w15:val="{64EDA9A3-1EBC-4803-849D-D2220C554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PlainTable1">
    <w:name w:val="Plain Table 1"/>
    <w:basedOn w:val="TableNormal"/>
    <w:uiPriority w:val="41"/>
    <w:rsid w:val="00CD3C67"/>
    <w:pPr>
      <w:spacing w:after="0" w:line="240" w:lineRule="auto"/>
    </w:pPr>
    <w:rPr>
      <w:rFonts w:eastAsiaTheme="minorHAnsi"/>
      <w:kern w:val="2"/>
      <w:sz w:val="24"/>
      <w:szCs w:val="24"/>
      <w:lang w:val="lv-LV"/>
      <w14:ligatures w14:val="standardContextua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868</Words>
  <Characters>496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dell2026-04-1@outlook.com</cp:lastModifiedBy>
  <cp:revision>11</cp:revision>
  <dcterms:created xsi:type="dcterms:W3CDTF">2026-08-12T11:04:00Z</dcterms:created>
  <dcterms:modified xsi:type="dcterms:W3CDTF">2026-08-27T12:37:00Z</dcterms:modified>
  <cp:category/>
</cp:coreProperties>
</file>